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Your Company Name</w:t>
            </w:r>
          </w:p>
          <w:p>
            <w:r>
              <w:t>Address, city, country</w:t>
              <w:br/>
              <w:t>Phone · Email</w:t>
              <w:br/>
              <w:t>Tax number (if registered)</w:t>
            </w:r>
          </w:p>
        </w:tc>
        <w:tc>
          <w:tcPr>
            <w:tcW w:type="dxa" w:w="4320"/>
          </w:tcPr>
          <w:p>
            <w:pPr>
              <w:jc w:val="right"/>
            </w:pPr>
            <w:r>
              <w:rPr>
                <w:b/>
                <w:color w:val="17365D"/>
                <w:sz w:val="44"/>
              </w:rPr>
              <w:t>INVOICE</w:t>
            </w:r>
          </w:p>
          <w:p>
            <w:pPr>
              <w:jc w:val="right"/>
            </w:pPr>
            <w:r>
              <w:t xml:space="preserve">Invoice no.: </w:t>
            </w:r>
          </w:p>
          <w:p>
            <w:pPr>
              <w:jc w:val="right"/>
            </w:pPr>
            <w:r>
              <w:t xml:space="preserve">Invoice date: </w:t>
            </w:r>
          </w:p>
          <w:p>
            <w:pPr>
              <w:jc w:val="right"/>
            </w:pPr>
            <w:r>
              <w:t xml:space="preserve">Due date: </w:t>
            </w:r>
          </w:p>
        </w:tc>
      </w:tr>
    </w:tbl>
    <w:p/>
    <w:p>
      <w:r>
        <w:rPr>
          <w:b/>
        </w:rPr>
        <w:t>Bill to</w:t>
      </w:r>
    </w:p>
    <w:p>
      <w:r>
        <w:t>Customer name</w:t>
        <w:br/>
        <w:t>Address</w:t>
        <w:br/>
        <w:t>Phone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#</w:t>
            </w:r>
          </w:p>
        </w:tc>
        <w:tc>
          <w:tcPr>
            <w:tcW w:type="dxa" w:w="1728"/>
          </w:tcPr>
          <w:p>
            <w:r>
              <w:t>Description</w:t>
            </w:r>
          </w:p>
        </w:tc>
        <w:tc>
          <w:tcPr>
            <w:tcW w:type="dxa" w:w="1728"/>
          </w:tcPr>
          <w:p>
            <w:r>
              <w:t>Qty</w:t>
            </w:r>
          </w:p>
        </w:tc>
        <w:tc>
          <w:tcPr>
            <w:tcW w:type="dxa" w:w="1728"/>
          </w:tcPr>
          <w:p>
            <w:r>
              <w:t>Rate</w:t>
            </w:r>
          </w:p>
        </w:tc>
        <w:tc>
          <w:tcPr>
            <w:tcW w:type="dxa" w:w="1728"/>
          </w:tcPr>
          <w:p>
            <w:r>
              <w:t>Amount</w:t>
            </w:r>
          </w:p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5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</w:tbl>
    <w:p>
      <w:pPr>
        <w:jc w:val="right"/>
      </w:pPr>
      <w:r>
        <w:t xml:space="preserve">Subtotal: </w:t>
      </w:r>
    </w:p>
    <w:p>
      <w:pPr>
        <w:jc w:val="right"/>
      </w:pPr>
      <w:r>
        <w:t xml:space="preserve">Tax (rate %): </w:t>
      </w:r>
    </w:p>
    <w:p>
      <w:pPr>
        <w:jc w:val="right"/>
      </w:pPr>
      <w:r>
        <w:rPr>
          <w:b/>
        </w:rPr>
        <w:t xml:space="preserve">Total: </w:t>
      </w:r>
    </w:p>
    <w:p/>
    <w:p>
      <w:r>
        <w:t>Payment details: bank name, account name, account number / IBAN. Payment within 7 days. Thank you for your business.</w:t>
      </w:r>
    </w:p>
    <w:p/>
    <w:p>
      <w:r>
        <w:t>Signature: ____________________</w:t>
      </w:r>
    </w:p>
    <w:p>
      <w:r>
        <w:rPr>
          <w:color w:val="94A3B8"/>
          <w:sz w:val="16"/>
        </w:rPr>
        <w:t>Free template by Tichkuly CRM – make and send it online at https://tichkuly.com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