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Your Company Name</w:t>
            </w:r>
          </w:p>
          <w:p>
            <w:r>
              <w:t>Address, city, country</w:t>
              <w:br/>
              <w:t>Phone · Email</w:t>
              <w:br/>
              <w:t>Tax number (if registered)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17365D"/>
                <w:sz w:val="44"/>
              </w:rPr>
              <w:t>BILL</w:t>
            </w:r>
          </w:p>
          <w:p>
            <w:pPr>
              <w:jc w:val="right"/>
            </w:pPr>
            <w:r>
              <w:t xml:space="preserve">Bill no.: 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Customer name</w:t>
        <w:br/>
        <w:t>Address</w:t>
        <w:br/>
        <w:t>Phone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Rate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jc w:val="right"/>
      </w:pPr>
      <w:r>
        <w:t xml:space="preserve">Subtotal: </w:t>
      </w:r>
    </w:p>
    <w:p>
      <w:pPr>
        <w:jc w:val="right"/>
      </w:pPr>
      <w:r>
        <w:t xml:space="preserve">Tax (rate %): </w:t>
      </w:r>
    </w:p>
    <w:p>
      <w:pPr>
        <w:jc w:val="right"/>
      </w:pPr>
      <w:r>
        <w:rPr>
          <w:b/>
        </w:rPr>
        <w:t xml:space="preserve">Total: </w:t>
      </w:r>
    </w:p>
    <w:p/>
    <w:p>
      <w:r>
        <w:t>Payment details: bank, account name, account number. Thank you for your business.</w:t>
      </w:r>
    </w:p>
    <w:p/>
    <w:p>
      <w:r>
        <w:t>Signature: ____________________</w:t>
      </w:r>
    </w:p>
    <w:p>
      <w:r>
        <w:rPr>
          <w:color w:val="94A3B8"/>
          <w:sz w:val="16"/>
        </w:rPr>
        <w:t>Free template by Tichkuly CRM – make and send it online at https://tichkuly.com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